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37DD" w14:textId="77777777" w:rsidR="009C3D57" w:rsidRPr="0066238C" w:rsidRDefault="00000000">
      <w:pPr>
        <w:pStyle w:val="Title"/>
        <w:rPr>
          <w:lang w:val="it-IT"/>
        </w:rPr>
      </w:pPr>
      <w:bookmarkStart w:id="0" w:name="OLE_LINK21"/>
      <w:r w:rsidRPr="0066238C">
        <w:rPr>
          <w:lang w:val="it-IT"/>
        </w:rPr>
        <w:t>Almahdi Elzalouk</w:t>
      </w:r>
    </w:p>
    <w:p w14:paraId="3FE30016" w14:textId="77777777" w:rsidR="009C3D57" w:rsidRPr="00550C9E" w:rsidRDefault="00000000">
      <w:pPr>
        <w:rPr>
          <w:sz w:val="24"/>
          <w:szCs w:val="24"/>
          <w:lang w:val="it-IT"/>
        </w:rPr>
      </w:pPr>
      <w:r w:rsidRPr="00550C9E">
        <w:rPr>
          <w:b/>
          <w:sz w:val="24"/>
          <w:szCs w:val="24"/>
          <w:lang w:val="it-IT"/>
        </w:rPr>
        <w:t>Mobile Application Developer</w:t>
      </w:r>
    </w:p>
    <w:p w14:paraId="02872DED" w14:textId="144FAA11" w:rsidR="009C3D57" w:rsidRPr="0066238C" w:rsidRDefault="00000000">
      <w:pPr>
        <w:rPr>
          <w:lang w:val="it-IT"/>
        </w:rPr>
      </w:pPr>
      <w:r>
        <w:t>📍</w:t>
      </w:r>
      <w:r w:rsidRPr="0066238C">
        <w:rPr>
          <w:lang w:val="it-IT"/>
        </w:rPr>
        <w:t xml:space="preserve"> Misurata, Libya | </w:t>
      </w:r>
      <w:r>
        <w:t>📞</w:t>
      </w:r>
      <w:r w:rsidRPr="0066238C">
        <w:rPr>
          <w:lang w:val="it-IT"/>
        </w:rPr>
        <w:t xml:space="preserve"> </w:t>
      </w:r>
      <w:hyperlink r:id="rId6" w:history="1">
        <w:r w:rsidR="0066238C" w:rsidRPr="0066238C">
          <w:rPr>
            <w:rStyle w:val="Hyperlink"/>
            <w:lang w:val="it-IT"/>
          </w:rPr>
          <w:t>+218 91 343 1908</w:t>
        </w:r>
      </w:hyperlink>
      <w:r w:rsidR="00E42BEC">
        <w:rPr>
          <w:lang w:val="it-IT"/>
        </w:rPr>
        <w:t xml:space="preserve"> </w:t>
      </w:r>
      <w:r w:rsidRPr="0066238C">
        <w:rPr>
          <w:lang w:val="it-IT"/>
        </w:rPr>
        <w:t xml:space="preserve">| </w:t>
      </w:r>
      <w:r>
        <w:t>📧</w:t>
      </w:r>
      <w:r w:rsidRPr="0066238C">
        <w:rPr>
          <w:lang w:val="it-IT"/>
        </w:rPr>
        <w:t xml:space="preserve"> </w:t>
      </w:r>
      <w:hyperlink r:id="rId7" w:history="1">
        <w:r w:rsidR="0066238C" w:rsidRPr="0066238C">
          <w:rPr>
            <w:rStyle w:val="Hyperlink"/>
            <w:lang w:val="it-IT"/>
          </w:rPr>
          <w:t>AlmahdiElzalouk</w:t>
        </w:r>
        <w:r w:rsidRPr="0066238C">
          <w:rPr>
            <w:rStyle w:val="Hyperlink"/>
            <w:lang w:val="it-IT"/>
          </w:rPr>
          <w:t>@gmail.com</w:t>
        </w:r>
      </w:hyperlink>
    </w:p>
    <w:p w14:paraId="16F9A016" w14:textId="232C88C7" w:rsidR="009C3D57" w:rsidRDefault="00000000">
      <w:r>
        <w:t>🔗</w:t>
      </w:r>
      <w:r w:rsidRPr="002105C3">
        <w:t xml:space="preserve"> </w:t>
      </w:r>
      <w:r w:rsidRPr="00620953">
        <w:rPr>
          <w:b/>
          <w:bCs/>
        </w:rPr>
        <w:t>LinkedIn</w:t>
      </w:r>
      <w:r w:rsidRPr="002105C3">
        <w:t xml:space="preserve">: </w:t>
      </w:r>
      <w:hyperlink r:id="rId8" w:history="1">
        <w:r w:rsidR="002105C3" w:rsidRPr="002105C3">
          <w:rPr>
            <w:rStyle w:val="Hyperlink"/>
          </w:rPr>
          <w:t>https://www.linkedin.com/in/m-elzalouk</w:t>
        </w:r>
      </w:hyperlink>
      <w:r w:rsidR="0066238C" w:rsidRPr="002105C3">
        <w:t xml:space="preserve"> </w:t>
      </w:r>
      <w:r w:rsidRPr="002105C3">
        <w:t xml:space="preserve">| </w:t>
      </w:r>
      <w:r w:rsidRPr="00620953">
        <w:rPr>
          <w:b/>
          <w:bCs/>
        </w:rPr>
        <w:t>GitHub</w:t>
      </w:r>
      <w:r w:rsidRPr="002105C3">
        <w:t xml:space="preserve">: </w:t>
      </w:r>
      <w:hyperlink r:id="rId9" w:history="1">
        <w:r w:rsidR="002105C3" w:rsidRPr="002105C3">
          <w:rPr>
            <w:rStyle w:val="Hyperlink"/>
          </w:rPr>
          <w:t>https://github.com/m-elzalouk</w:t>
        </w:r>
      </w:hyperlink>
    </w:p>
    <w:p w14:paraId="656BD82F" w14:textId="7583193E" w:rsidR="00620953" w:rsidRPr="00620953" w:rsidRDefault="00620953">
      <w:pPr>
        <w:rPr>
          <w:lang w:val="it-IT"/>
        </w:rPr>
      </w:pPr>
      <w:r w:rsidRPr="00620953">
        <w:rPr>
          <w:rFonts w:ascii="Segoe UI Emoji" w:hAnsi="Segoe UI Emoji" w:cs="Segoe UI Emoji"/>
        </w:rPr>
        <w:t>🌐</w:t>
      </w:r>
      <w:r w:rsidRPr="00620953">
        <w:rPr>
          <w:lang w:val="it-IT"/>
        </w:rPr>
        <w:t xml:space="preserve"> </w:t>
      </w:r>
      <w:r w:rsidRPr="00620953">
        <w:rPr>
          <w:b/>
          <w:bCs/>
          <w:lang w:val="it-IT"/>
        </w:rPr>
        <w:t>Portfolio</w:t>
      </w:r>
      <w:r w:rsidRPr="00620953">
        <w:rPr>
          <w:lang w:val="it-IT"/>
        </w:rPr>
        <w:t xml:space="preserve">: </w:t>
      </w:r>
      <w:hyperlink r:id="rId10" w:history="1">
        <w:r w:rsidRPr="00620953">
          <w:rPr>
            <w:rStyle w:val="Hyperlink"/>
            <w:lang w:val="it-IT"/>
          </w:rPr>
          <w:t>https://elzalouk.ly</w:t>
        </w:r>
      </w:hyperlink>
    </w:p>
    <w:p w14:paraId="017F2E4F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t>Professional Summary</w:t>
      </w:r>
    </w:p>
    <w:p w14:paraId="0290F98C" w14:textId="2003D75D" w:rsidR="00E42BEC" w:rsidRPr="00550C9E" w:rsidRDefault="00E42BEC" w:rsidP="00E42BEC">
      <w:pPr>
        <w:rPr>
          <w:sz w:val="24"/>
          <w:szCs w:val="24"/>
        </w:rPr>
      </w:pPr>
      <w:r w:rsidRPr="00550C9E">
        <w:rPr>
          <w:sz w:val="24"/>
          <w:szCs w:val="24"/>
        </w:rPr>
        <w:t>Mobile Application Developer and Software Engineer with a solid foundation in Computer Science, currently pursuing a Bachelor's degree at Misurata University. Participated in an Erasmus+ exchange at Sapienza Università di Roma, gaining international academic exposure to advanced computing topics. Demonstrated success in building cross-platform apps, leading student tech initiatives, and representing Libya in global competitions. Passionate about applying technology to real-world problems in cloud computing, AI, and mobile innovation.</w:t>
      </w:r>
    </w:p>
    <w:p w14:paraId="7D5038BD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t>Technical Skills</w:t>
      </w:r>
    </w:p>
    <w:p w14:paraId="18F7DA44" w14:textId="600E33C6" w:rsidR="00154ADA" w:rsidRDefault="00154ADA" w:rsidP="00EF2DA7">
      <w:pPr>
        <w:rPr>
          <w:sz w:val="24"/>
          <w:szCs w:val="24"/>
        </w:rPr>
      </w:pPr>
      <w:r w:rsidRPr="00154ADA">
        <w:rPr>
          <w:b/>
          <w:bCs/>
          <w:sz w:val="24"/>
          <w:szCs w:val="24"/>
        </w:rPr>
        <w:t>Languages &amp; Frameworks:</w:t>
      </w:r>
      <w:r w:rsidRPr="00154ADA">
        <w:rPr>
          <w:sz w:val="24"/>
          <w:szCs w:val="24"/>
        </w:rPr>
        <w:br/>
      </w:r>
      <w:r w:rsidR="00EF2DA7" w:rsidRPr="00EF2DA7">
        <w:rPr>
          <w:sz w:val="24"/>
          <w:szCs w:val="24"/>
        </w:rPr>
        <w:t>Flutter (Dart), Kotlin, C# (.NET),</w:t>
      </w:r>
      <w:r w:rsidR="00EF2DA7">
        <w:rPr>
          <w:sz w:val="24"/>
          <w:szCs w:val="24"/>
        </w:rPr>
        <w:t xml:space="preserve"> Java,</w:t>
      </w:r>
      <w:r w:rsidR="00EF2DA7" w:rsidRPr="00EF2DA7">
        <w:rPr>
          <w:sz w:val="24"/>
          <w:szCs w:val="24"/>
        </w:rPr>
        <w:t xml:space="preserve"> Python (Django, Flask, </w:t>
      </w:r>
      <w:proofErr w:type="spellStart"/>
      <w:r w:rsidR="00EF2DA7" w:rsidRPr="00EF2DA7">
        <w:rPr>
          <w:sz w:val="24"/>
          <w:szCs w:val="24"/>
        </w:rPr>
        <w:t>FastAPI</w:t>
      </w:r>
      <w:proofErr w:type="spellEnd"/>
      <w:r w:rsidR="00EF2DA7" w:rsidRPr="00EF2DA7">
        <w:rPr>
          <w:sz w:val="24"/>
          <w:szCs w:val="24"/>
        </w:rPr>
        <w:t>), Node.js, React.js, HTML/CSS, JavaScript, SQL, NoSQL</w:t>
      </w:r>
    </w:p>
    <w:p w14:paraId="7890B65D" w14:textId="77777777" w:rsidR="00154ADA" w:rsidRPr="00154ADA" w:rsidRDefault="00154ADA" w:rsidP="00154ADA">
      <w:pPr>
        <w:rPr>
          <w:sz w:val="24"/>
          <w:szCs w:val="24"/>
        </w:rPr>
      </w:pPr>
      <w:r w:rsidRPr="00154ADA">
        <w:rPr>
          <w:b/>
          <w:bCs/>
          <w:sz w:val="24"/>
          <w:szCs w:val="24"/>
        </w:rPr>
        <w:t>Tools &amp; Platforms:</w:t>
      </w:r>
      <w:r w:rsidRPr="00154ADA">
        <w:rPr>
          <w:sz w:val="24"/>
          <w:szCs w:val="24"/>
        </w:rPr>
        <w:br/>
        <w:t xml:space="preserve">Git, Docker, Postman, Android Studio, Visual Studio, VS Code, Firebase, </w:t>
      </w:r>
      <w:proofErr w:type="spellStart"/>
      <w:r w:rsidRPr="00154ADA">
        <w:rPr>
          <w:sz w:val="24"/>
          <w:szCs w:val="24"/>
        </w:rPr>
        <w:t>Supabase</w:t>
      </w:r>
      <w:proofErr w:type="spellEnd"/>
      <w:r w:rsidRPr="00154ADA">
        <w:rPr>
          <w:sz w:val="24"/>
          <w:szCs w:val="24"/>
        </w:rPr>
        <w:t>, GitHub Actions</w:t>
      </w:r>
    </w:p>
    <w:p w14:paraId="62B0F316" w14:textId="77777777" w:rsidR="00154ADA" w:rsidRPr="00154ADA" w:rsidRDefault="00154ADA" w:rsidP="00154ADA">
      <w:pPr>
        <w:rPr>
          <w:sz w:val="24"/>
          <w:szCs w:val="24"/>
        </w:rPr>
      </w:pPr>
      <w:r w:rsidRPr="00154ADA">
        <w:rPr>
          <w:b/>
          <w:bCs/>
          <w:sz w:val="24"/>
          <w:szCs w:val="24"/>
        </w:rPr>
        <w:t>Development Practices:</w:t>
      </w:r>
      <w:r w:rsidRPr="00154ADA">
        <w:rPr>
          <w:sz w:val="24"/>
          <w:szCs w:val="24"/>
        </w:rPr>
        <w:br/>
        <w:t>Clean Architecture, MVC, RESTful API Development, CI/CD Integration, Testing &amp; Debugging</w:t>
      </w:r>
    </w:p>
    <w:p w14:paraId="396A8303" w14:textId="77777777" w:rsidR="00154ADA" w:rsidRPr="00154ADA" w:rsidRDefault="00154ADA" w:rsidP="00154ADA">
      <w:pPr>
        <w:rPr>
          <w:sz w:val="24"/>
          <w:szCs w:val="24"/>
        </w:rPr>
      </w:pPr>
      <w:r w:rsidRPr="00154ADA">
        <w:rPr>
          <w:b/>
          <w:bCs/>
          <w:sz w:val="24"/>
          <w:szCs w:val="24"/>
        </w:rPr>
        <w:t>Concepts &amp; Methodologies:</w:t>
      </w:r>
      <w:r w:rsidRPr="00154ADA">
        <w:rPr>
          <w:sz w:val="24"/>
          <w:szCs w:val="24"/>
        </w:rPr>
        <w:br/>
        <w:t>UI/UX Design, API Integration, Database Management (MySQL, SQLite, Firebase), Agile/Scrum, Mobile Responsiveness</w:t>
      </w:r>
    </w:p>
    <w:p w14:paraId="78812BC8" w14:textId="2AF384D2" w:rsidR="009C3D57" w:rsidRDefault="00154ADA" w:rsidP="00154ADA">
      <w:pPr>
        <w:rPr>
          <w:sz w:val="24"/>
          <w:szCs w:val="24"/>
        </w:rPr>
      </w:pPr>
      <w:r w:rsidRPr="00154ADA">
        <w:rPr>
          <w:b/>
          <w:bCs/>
          <w:sz w:val="24"/>
          <w:szCs w:val="24"/>
        </w:rPr>
        <w:t>Soft Skills:</w:t>
      </w:r>
      <w:r w:rsidRPr="00154ADA">
        <w:rPr>
          <w:sz w:val="24"/>
          <w:szCs w:val="24"/>
        </w:rPr>
        <w:br/>
        <w:t>Problem Solving, Quick Learner, Team Collaboration, Communication, Time Management, Self-Motivation</w:t>
      </w:r>
    </w:p>
    <w:p w14:paraId="21A0D85C" w14:textId="77777777" w:rsidR="00550C9E" w:rsidRPr="00550C9E" w:rsidRDefault="00550C9E" w:rsidP="00154ADA">
      <w:pPr>
        <w:rPr>
          <w:sz w:val="24"/>
          <w:szCs w:val="24"/>
        </w:rPr>
      </w:pPr>
    </w:p>
    <w:p w14:paraId="0E799F64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t>Education</w:t>
      </w:r>
    </w:p>
    <w:p w14:paraId="3F60D463" w14:textId="5F5412A2" w:rsidR="00370AD4" w:rsidRPr="00370AD4" w:rsidRDefault="00370AD4" w:rsidP="00370AD4">
      <w:pPr>
        <w:rPr>
          <w:sz w:val="24"/>
          <w:szCs w:val="24"/>
        </w:rPr>
      </w:pPr>
      <w:r w:rsidRPr="00370AD4">
        <w:rPr>
          <w:b/>
          <w:bCs/>
          <w:sz w:val="24"/>
          <w:szCs w:val="24"/>
        </w:rPr>
        <w:t>Bachelor of Information Technology – Computer Science</w:t>
      </w:r>
      <w:r w:rsidRPr="00370AD4">
        <w:rPr>
          <w:sz w:val="24"/>
          <w:szCs w:val="24"/>
        </w:rPr>
        <w:br/>
      </w:r>
      <w:r w:rsidRPr="00370AD4">
        <w:rPr>
          <w:i/>
          <w:iCs/>
          <w:sz w:val="24"/>
          <w:szCs w:val="24"/>
        </w:rPr>
        <w:t>Misurata University, Libya</w:t>
      </w:r>
      <w:r w:rsidRPr="00370AD4">
        <w:rPr>
          <w:sz w:val="24"/>
          <w:szCs w:val="24"/>
        </w:rPr>
        <w:t xml:space="preserve"> — </w:t>
      </w:r>
      <w:r w:rsidRPr="00370AD4">
        <w:rPr>
          <w:i/>
          <w:iCs/>
          <w:sz w:val="24"/>
          <w:szCs w:val="24"/>
        </w:rPr>
        <w:t xml:space="preserve">Mar 2021 – </w:t>
      </w:r>
      <w:r w:rsidR="00550C9E" w:rsidRPr="00550C9E">
        <w:rPr>
          <w:i/>
          <w:iCs/>
          <w:sz w:val="24"/>
          <w:szCs w:val="24"/>
        </w:rPr>
        <w:t>July 2025</w:t>
      </w:r>
    </w:p>
    <w:p w14:paraId="00C0B3A8" w14:textId="77777777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lastRenderedPageBreak/>
        <w:t>Active member of the Google Developer Student Club (GDSC)</w:t>
      </w:r>
    </w:p>
    <w:p w14:paraId="7BB8F7C3" w14:textId="77777777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>Led “Hour of Code” workshops to introduce students to programming</w:t>
      </w:r>
    </w:p>
    <w:p w14:paraId="0205FBD7" w14:textId="77777777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>Developer in the University Union tech team</w:t>
      </w:r>
    </w:p>
    <w:p w14:paraId="3A9B19D5" w14:textId="6EE334F5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>Participated in internal programming competitions (placed 1st in</w:t>
      </w:r>
      <w:r w:rsidR="00550C9E" w:rsidRPr="00550C9E">
        <w:rPr>
          <w:sz w:val="24"/>
          <w:szCs w:val="24"/>
        </w:rPr>
        <w:t xml:space="preserve"> some</w:t>
      </w:r>
      <w:r w:rsidRPr="00370AD4">
        <w:rPr>
          <w:sz w:val="24"/>
          <w:szCs w:val="24"/>
        </w:rPr>
        <w:t xml:space="preserve"> </w:t>
      </w:r>
      <w:r w:rsidR="00550C9E" w:rsidRPr="00550C9E">
        <w:rPr>
          <w:sz w:val="24"/>
          <w:szCs w:val="24"/>
        </w:rPr>
        <w:t>local</w:t>
      </w:r>
      <w:r w:rsidRPr="00370AD4">
        <w:rPr>
          <w:sz w:val="24"/>
          <w:szCs w:val="24"/>
        </w:rPr>
        <w:t xml:space="preserve"> event</w:t>
      </w:r>
      <w:r w:rsidR="00550C9E" w:rsidRPr="00550C9E">
        <w:rPr>
          <w:sz w:val="24"/>
          <w:szCs w:val="24"/>
        </w:rPr>
        <w:t>s</w:t>
      </w:r>
      <w:r w:rsidRPr="00370AD4">
        <w:rPr>
          <w:sz w:val="24"/>
          <w:szCs w:val="24"/>
        </w:rPr>
        <w:t>)</w:t>
      </w:r>
    </w:p>
    <w:p w14:paraId="6B3AD918" w14:textId="514A1685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Top 30 finalist – Huawei </w:t>
      </w:r>
      <w:r w:rsidRPr="00370AD4">
        <w:rPr>
          <w:i/>
          <w:iCs/>
          <w:sz w:val="24"/>
          <w:szCs w:val="24"/>
        </w:rPr>
        <w:t>Seeds for the Future</w:t>
      </w:r>
      <w:r w:rsidRPr="00370AD4">
        <w:rPr>
          <w:sz w:val="24"/>
          <w:szCs w:val="24"/>
        </w:rPr>
        <w:t xml:space="preserve"> Program (2023</w:t>
      </w:r>
      <w:r w:rsidR="00550C9E" w:rsidRPr="00550C9E">
        <w:rPr>
          <w:sz w:val="24"/>
          <w:szCs w:val="24"/>
        </w:rPr>
        <w:t>-2024</w:t>
      </w:r>
      <w:r w:rsidRPr="00370AD4">
        <w:rPr>
          <w:sz w:val="24"/>
          <w:szCs w:val="24"/>
        </w:rPr>
        <w:t>)</w:t>
      </w:r>
    </w:p>
    <w:p w14:paraId="4BA760F5" w14:textId="77777777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Top 3 finalist – Huawei ICT Competition, Cloud Track – Libya </w:t>
      </w:r>
      <w:bookmarkStart w:id="1" w:name="OLE_LINK20"/>
      <w:r w:rsidRPr="00370AD4">
        <w:rPr>
          <w:sz w:val="24"/>
          <w:szCs w:val="24"/>
        </w:rPr>
        <w:t>(2023–2024)</w:t>
      </w:r>
      <w:bookmarkEnd w:id="1"/>
    </w:p>
    <w:p w14:paraId="6F3F7EED" w14:textId="7DF8EA6F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>Top-performing trainee – VMware Cloud Computing Camp</w:t>
      </w:r>
      <w:r w:rsidR="00550C9E" w:rsidRPr="00550C9E">
        <w:rPr>
          <w:sz w:val="24"/>
          <w:szCs w:val="24"/>
        </w:rPr>
        <w:t xml:space="preserve"> </w:t>
      </w:r>
      <w:r w:rsidR="00550C9E" w:rsidRPr="00370AD4">
        <w:rPr>
          <w:sz w:val="24"/>
          <w:szCs w:val="24"/>
        </w:rPr>
        <w:t>(2023–2024)</w:t>
      </w:r>
    </w:p>
    <w:p w14:paraId="71F547D3" w14:textId="77777777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>Completed additional training in cybersecurity, AI, and penetration testing</w:t>
      </w:r>
    </w:p>
    <w:p w14:paraId="69D1620F" w14:textId="626D9DDC" w:rsidR="00370AD4" w:rsidRPr="00370AD4" w:rsidRDefault="00370AD4" w:rsidP="00370AD4">
      <w:pPr>
        <w:numPr>
          <w:ilvl w:val="0"/>
          <w:numId w:val="12"/>
        </w:numPr>
        <w:rPr>
          <w:sz w:val="24"/>
          <w:szCs w:val="24"/>
        </w:rPr>
      </w:pPr>
      <w:r w:rsidRPr="00370AD4">
        <w:rPr>
          <w:sz w:val="24"/>
          <w:szCs w:val="24"/>
        </w:rPr>
        <w:t>Volunteered in technical training camps</w:t>
      </w:r>
      <w:r w:rsidR="00550C9E" w:rsidRPr="00550C9E">
        <w:rPr>
          <w:sz w:val="24"/>
          <w:szCs w:val="24"/>
        </w:rPr>
        <w:t xml:space="preserve"> </w:t>
      </w:r>
      <w:r w:rsidR="00550C9E" w:rsidRPr="00370AD4">
        <w:rPr>
          <w:sz w:val="24"/>
          <w:szCs w:val="24"/>
        </w:rPr>
        <w:t>(2023–2024)</w:t>
      </w:r>
      <w:r w:rsidRPr="00370AD4">
        <w:rPr>
          <w:sz w:val="24"/>
          <w:szCs w:val="24"/>
        </w:rPr>
        <w:t xml:space="preserve"> (mobile app development, system testing, data analytics)</w:t>
      </w:r>
      <w:r w:rsidR="00550C9E" w:rsidRPr="00550C9E">
        <w:rPr>
          <w:sz w:val="24"/>
          <w:szCs w:val="24"/>
        </w:rPr>
        <w:t xml:space="preserve"> </w:t>
      </w:r>
    </w:p>
    <w:p w14:paraId="20ABD5C2" w14:textId="77777777" w:rsidR="00370AD4" w:rsidRPr="00370AD4" w:rsidRDefault="00370AD4" w:rsidP="00370AD4">
      <w:pPr>
        <w:rPr>
          <w:sz w:val="24"/>
          <w:szCs w:val="24"/>
          <w:lang w:val="it-IT"/>
        </w:rPr>
      </w:pPr>
      <w:r w:rsidRPr="00370AD4">
        <w:rPr>
          <w:b/>
          <w:bCs/>
          <w:sz w:val="24"/>
          <w:szCs w:val="24"/>
          <w:lang w:val="it-IT"/>
        </w:rPr>
        <w:t>Erasmus+ Exchange Program – Computer Science</w:t>
      </w:r>
      <w:r w:rsidRPr="00370AD4">
        <w:rPr>
          <w:sz w:val="24"/>
          <w:szCs w:val="24"/>
          <w:lang w:val="it-IT"/>
        </w:rPr>
        <w:br/>
      </w:r>
      <w:r w:rsidRPr="00370AD4">
        <w:rPr>
          <w:i/>
          <w:iCs/>
          <w:sz w:val="24"/>
          <w:szCs w:val="24"/>
          <w:lang w:val="it-IT"/>
        </w:rPr>
        <w:t xml:space="preserve">Sapienza Università di Roma, </w:t>
      </w:r>
      <w:proofErr w:type="spellStart"/>
      <w:r w:rsidRPr="00370AD4">
        <w:rPr>
          <w:i/>
          <w:iCs/>
          <w:sz w:val="24"/>
          <w:szCs w:val="24"/>
          <w:lang w:val="it-IT"/>
        </w:rPr>
        <w:t>Italy</w:t>
      </w:r>
      <w:proofErr w:type="spellEnd"/>
      <w:r w:rsidRPr="00370AD4">
        <w:rPr>
          <w:sz w:val="24"/>
          <w:szCs w:val="24"/>
          <w:lang w:val="it-IT"/>
        </w:rPr>
        <w:t xml:space="preserve"> — </w:t>
      </w:r>
      <w:r w:rsidRPr="00370AD4">
        <w:rPr>
          <w:i/>
          <w:iCs/>
          <w:sz w:val="24"/>
          <w:szCs w:val="24"/>
          <w:lang w:val="it-IT"/>
        </w:rPr>
        <w:t xml:space="preserve">2024 (One </w:t>
      </w:r>
      <w:proofErr w:type="spellStart"/>
      <w:r w:rsidRPr="00370AD4">
        <w:rPr>
          <w:i/>
          <w:iCs/>
          <w:sz w:val="24"/>
          <w:szCs w:val="24"/>
          <w:lang w:val="it-IT"/>
        </w:rPr>
        <w:t>Semester</w:t>
      </w:r>
      <w:proofErr w:type="spellEnd"/>
      <w:r w:rsidRPr="00370AD4">
        <w:rPr>
          <w:i/>
          <w:iCs/>
          <w:sz w:val="24"/>
          <w:szCs w:val="24"/>
          <w:lang w:val="it-IT"/>
        </w:rPr>
        <w:t>)</w:t>
      </w:r>
    </w:p>
    <w:p w14:paraId="7B343410" w14:textId="77777777" w:rsidR="00370AD4" w:rsidRDefault="00370AD4" w:rsidP="00370AD4">
      <w:pPr>
        <w:numPr>
          <w:ilvl w:val="0"/>
          <w:numId w:val="13"/>
        </w:numPr>
        <w:rPr>
          <w:sz w:val="24"/>
          <w:szCs w:val="24"/>
        </w:rPr>
      </w:pPr>
      <w:r w:rsidRPr="00370AD4">
        <w:rPr>
          <w:sz w:val="24"/>
          <w:szCs w:val="24"/>
        </w:rPr>
        <w:t>Studied advanced topics in cloud computing, AI, and software engineering</w:t>
      </w:r>
    </w:p>
    <w:p w14:paraId="5A040C78" w14:textId="23908812" w:rsidR="002A2165" w:rsidRPr="00370AD4" w:rsidRDefault="002A2165" w:rsidP="002A2165">
      <w:pPr>
        <w:numPr>
          <w:ilvl w:val="0"/>
          <w:numId w:val="13"/>
        </w:numPr>
        <w:rPr>
          <w:sz w:val="24"/>
          <w:szCs w:val="24"/>
        </w:rPr>
      </w:pPr>
      <w:r w:rsidRPr="002A2165">
        <w:rPr>
          <w:sz w:val="24"/>
          <w:szCs w:val="24"/>
        </w:rPr>
        <w:t xml:space="preserve">Completed </w:t>
      </w:r>
      <w:r w:rsidRPr="002A2165">
        <w:rPr>
          <w:b/>
          <w:bCs/>
          <w:sz w:val="24"/>
          <w:szCs w:val="24"/>
        </w:rPr>
        <w:t>A1 Italian Language Course</w:t>
      </w:r>
      <w:r w:rsidRPr="002A2165">
        <w:rPr>
          <w:sz w:val="24"/>
          <w:szCs w:val="24"/>
        </w:rPr>
        <w:t xml:space="preserve"> with official certification</w:t>
      </w:r>
    </w:p>
    <w:p w14:paraId="2EF8494E" w14:textId="2DE3C17E" w:rsidR="009C3D57" w:rsidRPr="00550C9E" w:rsidRDefault="00370AD4" w:rsidP="00370AD4">
      <w:pPr>
        <w:numPr>
          <w:ilvl w:val="0"/>
          <w:numId w:val="13"/>
        </w:numPr>
        <w:rPr>
          <w:sz w:val="24"/>
          <w:szCs w:val="24"/>
        </w:rPr>
      </w:pPr>
      <w:r w:rsidRPr="00370AD4">
        <w:rPr>
          <w:sz w:val="24"/>
          <w:szCs w:val="24"/>
        </w:rPr>
        <w:t>Engaged in cross-cultural academic collaboration with European peers</w:t>
      </w:r>
    </w:p>
    <w:p w14:paraId="0620F2EE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t>Certifications &amp; Courses</w:t>
      </w:r>
    </w:p>
    <w:p w14:paraId="7C49E867" w14:textId="3C1F6427" w:rsidR="00370AD4" w:rsidRPr="00550C9E" w:rsidRDefault="00370AD4" w:rsidP="00370AD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CCNA (Cisco Certified Network Associate)</w:t>
      </w:r>
      <w:r w:rsidRPr="00550C9E">
        <w:rPr>
          <w:sz w:val="24"/>
          <w:szCs w:val="24"/>
        </w:rPr>
        <w:t xml:space="preserve"> – Cisco</w:t>
      </w:r>
      <w:r w:rsidRPr="00550C9E">
        <w:rPr>
          <w:sz w:val="24"/>
          <w:szCs w:val="24"/>
        </w:rPr>
        <w:br/>
        <w:t>Gained foundational knowledge in networking, routing, switching, and security principles.</w:t>
      </w:r>
    </w:p>
    <w:p w14:paraId="3A65C243" w14:textId="50E7B092" w:rsidR="00370AD4" w:rsidRPr="00550C9E" w:rsidRDefault="00370AD4" w:rsidP="00370AD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Cybersecurity Fundamentals</w:t>
      </w:r>
      <w:r w:rsidRPr="00550C9E">
        <w:rPr>
          <w:sz w:val="24"/>
          <w:szCs w:val="24"/>
        </w:rPr>
        <w:t xml:space="preserve"> – Cisco Networking Academy</w:t>
      </w:r>
      <w:r w:rsidRPr="00550C9E">
        <w:rPr>
          <w:sz w:val="24"/>
          <w:szCs w:val="24"/>
        </w:rPr>
        <w:br/>
        <w:t>Covered network security, threat detection, ethical hacking basics, and risk management.</w:t>
      </w:r>
    </w:p>
    <w:p w14:paraId="6CDA4E24" w14:textId="336E4B37" w:rsidR="00370AD4" w:rsidRPr="00550C9E" w:rsidRDefault="00370AD4" w:rsidP="00370AD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VMware Cloud Computing</w:t>
      </w:r>
      <w:r w:rsidRPr="00550C9E">
        <w:rPr>
          <w:sz w:val="24"/>
          <w:szCs w:val="24"/>
        </w:rPr>
        <w:t xml:space="preserve"> – Libyan Academy for Communications &amp; Informatics</w:t>
      </w:r>
      <w:r w:rsidRPr="00550C9E">
        <w:rPr>
          <w:sz w:val="24"/>
          <w:szCs w:val="24"/>
        </w:rPr>
        <w:br/>
        <w:t>Hands-on training in managing virtual infrastructure, cloud storage, and network configuration using VMware.</w:t>
      </w:r>
    </w:p>
    <w:p w14:paraId="0DF4B810" w14:textId="7A7518C6" w:rsidR="00370AD4" w:rsidRPr="00550C9E" w:rsidRDefault="00370AD4" w:rsidP="00370AD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Penetration Testing &amp; Ethical Hacking</w:t>
      </w:r>
      <w:r w:rsidRPr="00550C9E">
        <w:rPr>
          <w:sz w:val="24"/>
          <w:szCs w:val="24"/>
        </w:rPr>
        <w:t xml:space="preserve"> – Independent Study</w:t>
      </w:r>
      <w:r w:rsidRPr="00550C9E">
        <w:rPr>
          <w:sz w:val="24"/>
          <w:szCs w:val="24"/>
        </w:rPr>
        <w:br/>
        <w:t>Practical exposure to vulnerability scanning, attack simulation, and securing applications and systems.</w:t>
      </w:r>
    </w:p>
    <w:p w14:paraId="0045F065" w14:textId="18D8D97C" w:rsidR="00370AD4" w:rsidRDefault="00370AD4" w:rsidP="00370AD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Foundations of Artificial Intelligence</w:t>
      </w:r>
      <w:r w:rsidRPr="00550C9E">
        <w:rPr>
          <w:sz w:val="24"/>
          <w:szCs w:val="24"/>
        </w:rPr>
        <w:t xml:space="preserve"> – Online (e.g., Coursera/Udemy)</w:t>
      </w:r>
      <w:r w:rsidRPr="00550C9E">
        <w:rPr>
          <w:sz w:val="24"/>
          <w:szCs w:val="24"/>
        </w:rPr>
        <w:br/>
        <w:t>Introduction to AI concepts, including machine learning models, classification, and natural language processing.</w:t>
      </w:r>
    </w:p>
    <w:p w14:paraId="7B3E8A29" w14:textId="6E2437CC" w:rsidR="00370AD4" w:rsidRPr="002A2165" w:rsidRDefault="002A2165" w:rsidP="002A216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2A2165">
        <w:rPr>
          <w:b/>
          <w:bCs/>
          <w:sz w:val="24"/>
          <w:szCs w:val="24"/>
        </w:rPr>
        <w:t>Italian Language Course (A1)</w:t>
      </w:r>
      <w:r w:rsidRPr="002A2165">
        <w:rPr>
          <w:sz w:val="24"/>
          <w:szCs w:val="24"/>
        </w:rPr>
        <w:t xml:space="preserve"> – Sapienza Università di Roma</w:t>
      </w:r>
      <w:r w:rsidRPr="002A2165">
        <w:rPr>
          <w:sz w:val="24"/>
          <w:szCs w:val="24"/>
        </w:rPr>
        <w:br/>
        <w:t>Completed introductory Italian language training with official certification during Erasmus+ program.</w:t>
      </w:r>
    </w:p>
    <w:p w14:paraId="1E34196A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lastRenderedPageBreak/>
        <w:t>Professional Experience</w:t>
      </w:r>
    </w:p>
    <w:p w14:paraId="5DD3EDCA" w14:textId="127E0384" w:rsidR="0068302E" w:rsidRPr="00370AD4" w:rsidRDefault="00370AD4" w:rsidP="0068302E">
      <w:pPr>
        <w:rPr>
          <w:i/>
          <w:iCs/>
          <w:sz w:val="24"/>
          <w:szCs w:val="24"/>
        </w:rPr>
      </w:pPr>
      <w:r w:rsidRPr="00370AD4">
        <w:rPr>
          <w:b/>
          <w:bCs/>
          <w:sz w:val="24"/>
          <w:szCs w:val="24"/>
        </w:rPr>
        <w:t>Mobile Application Developer</w:t>
      </w:r>
      <w:r w:rsidRPr="00370AD4">
        <w:rPr>
          <w:sz w:val="24"/>
          <w:szCs w:val="24"/>
        </w:rPr>
        <w:br/>
      </w:r>
      <w:hyperlink r:id="rId11" w:anchor="/en" w:history="1">
        <w:r w:rsidRPr="00370AD4">
          <w:rPr>
            <w:rStyle w:val="Hyperlink"/>
            <w:i/>
            <w:iCs/>
            <w:sz w:val="24"/>
            <w:szCs w:val="24"/>
          </w:rPr>
          <w:t>Dalil Shafi Company</w:t>
        </w:r>
      </w:hyperlink>
      <w:r w:rsidRPr="00370AD4">
        <w:rPr>
          <w:i/>
          <w:iCs/>
          <w:sz w:val="24"/>
          <w:szCs w:val="24"/>
        </w:rPr>
        <w:t xml:space="preserve"> – </w:t>
      </w:r>
      <w:r w:rsidRPr="00550C9E">
        <w:rPr>
          <w:i/>
          <w:iCs/>
          <w:sz w:val="24"/>
          <w:szCs w:val="24"/>
        </w:rPr>
        <w:t xml:space="preserve">hybrid </w:t>
      </w:r>
      <w:r w:rsidRPr="00370AD4">
        <w:rPr>
          <w:i/>
          <w:iCs/>
          <w:sz w:val="24"/>
          <w:szCs w:val="24"/>
        </w:rPr>
        <w:t>| Jun 2023 – Present</w:t>
      </w:r>
    </w:p>
    <w:p w14:paraId="5981079B" w14:textId="55EA6304" w:rsidR="00370AD4" w:rsidRPr="00370AD4" w:rsidRDefault="00370AD4" w:rsidP="00370AD4">
      <w:pPr>
        <w:numPr>
          <w:ilvl w:val="0"/>
          <w:numId w:val="17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Designed and developed production-grade mobile applications for Android using cross-platform solutions with </w:t>
      </w:r>
      <w:r w:rsidRPr="00370AD4">
        <w:rPr>
          <w:b/>
          <w:bCs/>
          <w:sz w:val="24"/>
          <w:szCs w:val="24"/>
        </w:rPr>
        <w:t>Flutter</w:t>
      </w:r>
    </w:p>
    <w:p w14:paraId="460DAA63" w14:textId="77777777" w:rsidR="00370AD4" w:rsidRPr="00370AD4" w:rsidRDefault="00370AD4" w:rsidP="00370AD4">
      <w:pPr>
        <w:numPr>
          <w:ilvl w:val="0"/>
          <w:numId w:val="17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Published applications on </w:t>
      </w:r>
      <w:r w:rsidRPr="00370AD4">
        <w:rPr>
          <w:b/>
          <w:bCs/>
          <w:sz w:val="24"/>
          <w:szCs w:val="24"/>
        </w:rPr>
        <w:t>Google Play</w:t>
      </w:r>
      <w:r w:rsidRPr="00370AD4">
        <w:rPr>
          <w:sz w:val="24"/>
          <w:szCs w:val="24"/>
        </w:rPr>
        <w:t>, ensuring seamless user experiences and responsive design</w:t>
      </w:r>
    </w:p>
    <w:p w14:paraId="154E7315" w14:textId="77777777" w:rsidR="00370AD4" w:rsidRPr="00370AD4" w:rsidRDefault="00370AD4" w:rsidP="00370AD4">
      <w:pPr>
        <w:numPr>
          <w:ilvl w:val="0"/>
          <w:numId w:val="17"/>
        </w:numPr>
        <w:rPr>
          <w:sz w:val="24"/>
          <w:szCs w:val="24"/>
        </w:rPr>
      </w:pPr>
      <w:r w:rsidRPr="00370AD4">
        <w:rPr>
          <w:sz w:val="24"/>
          <w:szCs w:val="24"/>
        </w:rPr>
        <w:t>Collaborated with internal teams to analyze user feedback and roll out updates that improved app performance and user satisfaction</w:t>
      </w:r>
    </w:p>
    <w:p w14:paraId="7DA19B4E" w14:textId="6324A3F2" w:rsidR="00370AD4" w:rsidRPr="00370AD4" w:rsidRDefault="00370AD4" w:rsidP="00370AD4">
      <w:pPr>
        <w:numPr>
          <w:ilvl w:val="0"/>
          <w:numId w:val="17"/>
        </w:numPr>
        <w:rPr>
          <w:sz w:val="24"/>
          <w:szCs w:val="24"/>
        </w:rPr>
      </w:pPr>
      <w:r w:rsidRPr="00370AD4">
        <w:rPr>
          <w:sz w:val="24"/>
          <w:szCs w:val="24"/>
        </w:rPr>
        <w:t>Integrated backend services, and real-time data features for health and delivery apps</w:t>
      </w:r>
    </w:p>
    <w:p w14:paraId="3BD005C2" w14:textId="77777777" w:rsidR="00370AD4" w:rsidRPr="00370AD4" w:rsidRDefault="00370AD4" w:rsidP="00370AD4">
      <w:pPr>
        <w:numPr>
          <w:ilvl w:val="0"/>
          <w:numId w:val="17"/>
        </w:numPr>
        <w:rPr>
          <w:sz w:val="24"/>
          <w:szCs w:val="24"/>
        </w:rPr>
      </w:pPr>
      <w:r w:rsidRPr="00370AD4">
        <w:rPr>
          <w:sz w:val="24"/>
          <w:szCs w:val="24"/>
        </w:rPr>
        <w:t>Participated in continuous improvement cycles including feature testing, performance optimization, and UI/UX enhancements</w:t>
      </w:r>
    </w:p>
    <w:p w14:paraId="3679B839" w14:textId="77777777" w:rsidR="00370AD4" w:rsidRPr="00370AD4" w:rsidRDefault="00370AD4" w:rsidP="00370AD4">
      <w:pPr>
        <w:rPr>
          <w:sz w:val="24"/>
          <w:szCs w:val="24"/>
        </w:rPr>
      </w:pPr>
      <w:r w:rsidRPr="00370AD4">
        <w:rPr>
          <w:b/>
          <w:bCs/>
          <w:sz w:val="24"/>
          <w:szCs w:val="24"/>
        </w:rPr>
        <w:t>Mobile App Development Camp – Trainee</w:t>
      </w:r>
      <w:r w:rsidRPr="00370AD4">
        <w:rPr>
          <w:sz w:val="24"/>
          <w:szCs w:val="24"/>
        </w:rPr>
        <w:br/>
      </w:r>
      <w:r w:rsidRPr="00370AD4">
        <w:rPr>
          <w:i/>
          <w:iCs/>
          <w:sz w:val="24"/>
          <w:szCs w:val="24"/>
        </w:rPr>
        <w:t>Libyan Academy for Communications and Informatics | Jan 2023 – May 2023</w:t>
      </w:r>
    </w:p>
    <w:p w14:paraId="769D26E4" w14:textId="77777777" w:rsidR="00370AD4" w:rsidRPr="00370AD4" w:rsidRDefault="00370AD4" w:rsidP="00370AD4">
      <w:pPr>
        <w:numPr>
          <w:ilvl w:val="0"/>
          <w:numId w:val="18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Completed a competitive training program focused on </w:t>
      </w:r>
      <w:r w:rsidRPr="00370AD4">
        <w:rPr>
          <w:b/>
          <w:bCs/>
          <w:sz w:val="24"/>
          <w:szCs w:val="24"/>
        </w:rPr>
        <w:t>mobile app development</w:t>
      </w:r>
      <w:r w:rsidRPr="00370AD4">
        <w:rPr>
          <w:sz w:val="24"/>
          <w:szCs w:val="24"/>
        </w:rPr>
        <w:t xml:space="preserve"> fundamentals and advanced practices</w:t>
      </w:r>
    </w:p>
    <w:p w14:paraId="05E9DDE9" w14:textId="77777777" w:rsidR="00370AD4" w:rsidRPr="00370AD4" w:rsidRDefault="00370AD4" w:rsidP="00370AD4">
      <w:pPr>
        <w:numPr>
          <w:ilvl w:val="0"/>
          <w:numId w:val="18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Built working prototypes and end-user applications using </w:t>
      </w:r>
      <w:r w:rsidRPr="00370AD4">
        <w:rPr>
          <w:b/>
          <w:bCs/>
          <w:sz w:val="24"/>
          <w:szCs w:val="24"/>
        </w:rPr>
        <w:t>Flutter</w:t>
      </w:r>
      <w:r w:rsidRPr="00370AD4">
        <w:rPr>
          <w:sz w:val="24"/>
          <w:szCs w:val="24"/>
        </w:rPr>
        <w:t xml:space="preserve"> and </w:t>
      </w:r>
      <w:r w:rsidRPr="00370AD4">
        <w:rPr>
          <w:b/>
          <w:bCs/>
          <w:sz w:val="24"/>
          <w:szCs w:val="24"/>
        </w:rPr>
        <w:t>Kotlin</w:t>
      </w:r>
      <w:r w:rsidRPr="00370AD4">
        <w:rPr>
          <w:sz w:val="24"/>
          <w:szCs w:val="24"/>
        </w:rPr>
        <w:t>, applying clean architecture and design patterns</w:t>
      </w:r>
    </w:p>
    <w:p w14:paraId="77F2E877" w14:textId="77777777" w:rsidR="00370AD4" w:rsidRPr="00370AD4" w:rsidRDefault="00370AD4" w:rsidP="00370AD4">
      <w:pPr>
        <w:numPr>
          <w:ilvl w:val="0"/>
          <w:numId w:val="18"/>
        </w:numPr>
        <w:rPr>
          <w:sz w:val="24"/>
          <w:szCs w:val="24"/>
        </w:rPr>
      </w:pPr>
      <w:r w:rsidRPr="00370AD4">
        <w:rPr>
          <w:sz w:val="24"/>
          <w:szCs w:val="24"/>
        </w:rPr>
        <w:t>Collaborated in team-based challenges and presented final projects to a panel of instructors</w:t>
      </w:r>
    </w:p>
    <w:p w14:paraId="3CCD1F9B" w14:textId="77777777" w:rsidR="00370AD4" w:rsidRPr="00370AD4" w:rsidRDefault="00370AD4" w:rsidP="00370AD4">
      <w:pPr>
        <w:rPr>
          <w:sz w:val="24"/>
          <w:szCs w:val="24"/>
        </w:rPr>
      </w:pPr>
      <w:r w:rsidRPr="00370AD4">
        <w:rPr>
          <w:b/>
          <w:bCs/>
          <w:sz w:val="24"/>
          <w:szCs w:val="24"/>
        </w:rPr>
        <w:t>Cloud Computing Trainee (VMware)</w:t>
      </w:r>
      <w:r w:rsidRPr="00370AD4">
        <w:rPr>
          <w:sz w:val="24"/>
          <w:szCs w:val="24"/>
        </w:rPr>
        <w:br/>
      </w:r>
      <w:r w:rsidRPr="00370AD4">
        <w:rPr>
          <w:i/>
          <w:iCs/>
          <w:sz w:val="24"/>
          <w:szCs w:val="24"/>
        </w:rPr>
        <w:t>Libyan Academy for Communications and Informatics | Aug 2023 – Sep 2023</w:t>
      </w:r>
    </w:p>
    <w:p w14:paraId="2442593F" w14:textId="77777777" w:rsidR="00370AD4" w:rsidRPr="00370AD4" w:rsidRDefault="00370AD4" w:rsidP="00370AD4">
      <w:pPr>
        <w:numPr>
          <w:ilvl w:val="0"/>
          <w:numId w:val="19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Trained in </w:t>
      </w:r>
      <w:r w:rsidRPr="00370AD4">
        <w:rPr>
          <w:b/>
          <w:bCs/>
          <w:sz w:val="24"/>
          <w:szCs w:val="24"/>
        </w:rPr>
        <w:t>virtual infrastructure management</w:t>
      </w:r>
      <w:r w:rsidRPr="00370AD4">
        <w:rPr>
          <w:sz w:val="24"/>
          <w:szCs w:val="24"/>
        </w:rPr>
        <w:t xml:space="preserve">, </w:t>
      </w:r>
      <w:r w:rsidRPr="00370AD4">
        <w:rPr>
          <w:b/>
          <w:bCs/>
          <w:sz w:val="24"/>
          <w:szCs w:val="24"/>
        </w:rPr>
        <w:t>network security</w:t>
      </w:r>
      <w:r w:rsidRPr="00370AD4">
        <w:rPr>
          <w:sz w:val="24"/>
          <w:szCs w:val="24"/>
        </w:rPr>
        <w:t xml:space="preserve">, and </w:t>
      </w:r>
      <w:r w:rsidRPr="00370AD4">
        <w:rPr>
          <w:b/>
          <w:bCs/>
          <w:sz w:val="24"/>
          <w:szCs w:val="24"/>
        </w:rPr>
        <w:t>cloud resource automation</w:t>
      </w:r>
      <w:r w:rsidRPr="00370AD4">
        <w:rPr>
          <w:sz w:val="24"/>
          <w:szCs w:val="24"/>
        </w:rPr>
        <w:t xml:space="preserve"> using VMware tools</w:t>
      </w:r>
    </w:p>
    <w:p w14:paraId="20669ADC" w14:textId="77777777" w:rsidR="00370AD4" w:rsidRPr="00370AD4" w:rsidRDefault="00370AD4" w:rsidP="00370AD4">
      <w:pPr>
        <w:numPr>
          <w:ilvl w:val="0"/>
          <w:numId w:val="19"/>
        </w:numPr>
        <w:rPr>
          <w:sz w:val="24"/>
          <w:szCs w:val="24"/>
        </w:rPr>
      </w:pPr>
      <w:r w:rsidRPr="00370AD4">
        <w:rPr>
          <w:sz w:val="24"/>
          <w:szCs w:val="24"/>
        </w:rPr>
        <w:t xml:space="preserve">Deployed and configured </w:t>
      </w:r>
      <w:r w:rsidRPr="00370AD4">
        <w:rPr>
          <w:b/>
          <w:bCs/>
          <w:sz w:val="24"/>
          <w:szCs w:val="24"/>
        </w:rPr>
        <w:t>virtual networks and storage</w:t>
      </w:r>
      <w:r w:rsidRPr="00370AD4">
        <w:rPr>
          <w:sz w:val="24"/>
          <w:szCs w:val="24"/>
        </w:rPr>
        <w:t>, implementing best practices for scalability and fault tolerance</w:t>
      </w:r>
    </w:p>
    <w:p w14:paraId="1B4F9CA7" w14:textId="77777777" w:rsidR="00370AD4" w:rsidRPr="00370AD4" w:rsidRDefault="00370AD4" w:rsidP="00370AD4">
      <w:pPr>
        <w:numPr>
          <w:ilvl w:val="0"/>
          <w:numId w:val="19"/>
        </w:numPr>
        <w:rPr>
          <w:sz w:val="24"/>
          <w:szCs w:val="24"/>
        </w:rPr>
      </w:pPr>
      <w:r w:rsidRPr="00370AD4">
        <w:rPr>
          <w:sz w:val="24"/>
          <w:szCs w:val="24"/>
        </w:rPr>
        <w:t>Troubleshot system-level issues and optimized VM environments for performance and resource allocation</w:t>
      </w:r>
    </w:p>
    <w:p w14:paraId="7BF5A3DF" w14:textId="77777777" w:rsidR="0068302E" w:rsidRPr="0068302E" w:rsidRDefault="0068302E" w:rsidP="0068302E">
      <w:pPr>
        <w:rPr>
          <w:sz w:val="24"/>
          <w:szCs w:val="24"/>
        </w:rPr>
      </w:pPr>
      <w:r w:rsidRPr="0068302E">
        <w:rPr>
          <w:b/>
          <w:bCs/>
          <w:sz w:val="24"/>
          <w:szCs w:val="24"/>
        </w:rPr>
        <w:t>ICT Trainee – Seeds for the Future Program</w:t>
      </w:r>
      <w:r w:rsidRPr="0068302E">
        <w:rPr>
          <w:sz w:val="24"/>
          <w:szCs w:val="24"/>
        </w:rPr>
        <w:br/>
      </w:r>
      <w:r w:rsidRPr="0068302E">
        <w:rPr>
          <w:i/>
          <w:iCs/>
          <w:sz w:val="24"/>
          <w:szCs w:val="24"/>
        </w:rPr>
        <w:t>Huawei Technologies, Libya | Sep 2023</w:t>
      </w:r>
    </w:p>
    <w:p w14:paraId="199C99AD" w14:textId="77777777" w:rsidR="0068302E" w:rsidRPr="0068302E" w:rsidRDefault="0068302E" w:rsidP="0068302E">
      <w:pPr>
        <w:numPr>
          <w:ilvl w:val="0"/>
          <w:numId w:val="20"/>
        </w:numPr>
        <w:rPr>
          <w:sz w:val="24"/>
          <w:szCs w:val="24"/>
        </w:rPr>
      </w:pPr>
      <w:r w:rsidRPr="0068302E">
        <w:rPr>
          <w:sz w:val="24"/>
          <w:szCs w:val="24"/>
        </w:rPr>
        <w:t xml:space="preserve">Selected among the </w:t>
      </w:r>
      <w:r w:rsidRPr="0068302E">
        <w:rPr>
          <w:b/>
          <w:bCs/>
          <w:sz w:val="24"/>
          <w:szCs w:val="24"/>
        </w:rPr>
        <w:t>Top 30 students in Libya</w:t>
      </w:r>
      <w:r w:rsidRPr="0068302E">
        <w:rPr>
          <w:sz w:val="24"/>
          <w:szCs w:val="24"/>
        </w:rPr>
        <w:t xml:space="preserve"> for Huawei’s flagship ICT talent development program</w:t>
      </w:r>
    </w:p>
    <w:p w14:paraId="27C04F66" w14:textId="77777777" w:rsidR="0068302E" w:rsidRPr="0068302E" w:rsidRDefault="0068302E" w:rsidP="0068302E">
      <w:pPr>
        <w:numPr>
          <w:ilvl w:val="0"/>
          <w:numId w:val="20"/>
        </w:numPr>
        <w:rPr>
          <w:sz w:val="24"/>
          <w:szCs w:val="24"/>
        </w:rPr>
      </w:pPr>
      <w:r w:rsidRPr="0068302E">
        <w:rPr>
          <w:sz w:val="24"/>
          <w:szCs w:val="24"/>
        </w:rPr>
        <w:t xml:space="preserve">Participated in intensive training on </w:t>
      </w:r>
      <w:r w:rsidRPr="0068302E">
        <w:rPr>
          <w:b/>
          <w:bCs/>
          <w:sz w:val="24"/>
          <w:szCs w:val="24"/>
        </w:rPr>
        <w:t>5G</w:t>
      </w:r>
      <w:r w:rsidRPr="0068302E">
        <w:rPr>
          <w:sz w:val="24"/>
          <w:szCs w:val="24"/>
        </w:rPr>
        <w:t xml:space="preserve">, </w:t>
      </w:r>
      <w:r w:rsidRPr="0068302E">
        <w:rPr>
          <w:b/>
          <w:bCs/>
          <w:sz w:val="24"/>
          <w:szCs w:val="24"/>
        </w:rPr>
        <w:t>cloud computing</w:t>
      </w:r>
      <w:r w:rsidRPr="0068302E">
        <w:rPr>
          <w:sz w:val="24"/>
          <w:szCs w:val="24"/>
        </w:rPr>
        <w:t xml:space="preserve">, </w:t>
      </w:r>
      <w:r w:rsidRPr="0068302E">
        <w:rPr>
          <w:b/>
          <w:bCs/>
          <w:sz w:val="24"/>
          <w:szCs w:val="24"/>
        </w:rPr>
        <w:t>AI</w:t>
      </w:r>
      <w:r w:rsidRPr="0068302E">
        <w:rPr>
          <w:sz w:val="24"/>
          <w:szCs w:val="24"/>
        </w:rPr>
        <w:t>, and digital transformation</w:t>
      </w:r>
    </w:p>
    <w:p w14:paraId="17B2D5D2" w14:textId="77777777" w:rsidR="0068302E" w:rsidRPr="0068302E" w:rsidRDefault="0068302E" w:rsidP="0068302E">
      <w:pPr>
        <w:numPr>
          <w:ilvl w:val="0"/>
          <w:numId w:val="20"/>
        </w:numPr>
        <w:rPr>
          <w:sz w:val="24"/>
          <w:szCs w:val="24"/>
        </w:rPr>
      </w:pPr>
      <w:r w:rsidRPr="0068302E">
        <w:rPr>
          <w:sz w:val="24"/>
          <w:szCs w:val="24"/>
        </w:rPr>
        <w:lastRenderedPageBreak/>
        <w:t>Gained insights into Huawei’s global operations, innovation practices, and smart technology ecosystems</w:t>
      </w:r>
    </w:p>
    <w:p w14:paraId="254397E5" w14:textId="688533BB" w:rsidR="009C3D57" w:rsidRPr="00FA7399" w:rsidRDefault="0068302E" w:rsidP="00FA7399">
      <w:pPr>
        <w:numPr>
          <w:ilvl w:val="0"/>
          <w:numId w:val="20"/>
        </w:numPr>
        <w:rPr>
          <w:sz w:val="24"/>
          <w:szCs w:val="24"/>
        </w:rPr>
      </w:pPr>
      <w:r w:rsidRPr="0068302E">
        <w:rPr>
          <w:sz w:val="24"/>
          <w:szCs w:val="24"/>
        </w:rPr>
        <w:t>Engaged in group projects with international mentors and peers to solve real-world ICT challenges</w:t>
      </w:r>
    </w:p>
    <w:p w14:paraId="2D26F313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t>Projects</w:t>
      </w:r>
    </w:p>
    <w:p w14:paraId="118C97F3" w14:textId="667607DD" w:rsidR="00550C9E" w:rsidRPr="00550C9E" w:rsidRDefault="00550C9E" w:rsidP="00550C9E">
      <w:pPr>
        <w:rPr>
          <w:i/>
          <w:iCs/>
          <w:sz w:val="24"/>
          <w:szCs w:val="24"/>
        </w:rPr>
      </w:pPr>
      <w:r w:rsidRPr="00550C9E">
        <w:rPr>
          <w:b/>
          <w:bCs/>
          <w:sz w:val="24"/>
          <w:szCs w:val="24"/>
        </w:rPr>
        <w:t>Dalil Care App</w:t>
      </w:r>
      <w:r w:rsidRPr="00550C9E">
        <w:rPr>
          <w:sz w:val="24"/>
          <w:szCs w:val="24"/>
        </w:rPr>
        <w:t xml:space="preserve"> – </w:t>
      </w:r>
      <w:hyperlink r:id="rId12" w:tgtFrame="_new" w:history="1">
        <w:r w:rsidRPr="00550C9E">
          <w:rPr>
            <w:rStyle w:val="Hyperlink"/>
            <w:sz w:val="24"/>
            <w:szCs w:val="24"/>
          </w:rPr>
          <w:t>Google Play</w:t>
        </w:r>
      </w:hyperlink>
      <w:r w:rsidRPr="00550C9E">
        <w:rPr>
          <w:sz w:val="24"/>
          <w:szCs w:val="24"/>
        </w:rPr>
        <w:br/>
      </w:r>
      <w:r w:rsidRPr="00550C9E">
        <w:rPr>
          <w:i/>
          <w:iCs/>
          <w:sz w:val="24"/>
          <w:szCs w:val="24"/>
        </w:rPr>
        <w:t>Mobile health app for patient communication and appointments.</w:t>
      </w:r>
    </w:p>
    <w:p w14:paraId="1FD50CFC" w14:textId="5E168CD0" w:rsidR="00550C9E" w:rsidRPr="00550C9E" w:rsidRDefault="00550C9E" w:rsidP="00550C9E">
      <w:pPr>
        <w:rPr>
          <w:sz w:val="24"/>
          <w:szCs w:val="24"/>
        </w:rPr>
      </w:pPr>
      <w:proofErr w:type="spellStart"/>
      <w:r w:rsidRPr="00550C9E">
        <w:rPr>
          <w:b/>
          <w:bCs/>
          <w:sz w:val="24"/>
          <w:szCs w:val="24"/>
        </w:rPr>
        <w:t>Mirsaly</w:t>
      </w:r>
      <w:proofErr w:type="spellEnd"/>
      <w:r w:rsidRPr="00550C9E">
        <w:rPr>
          <w:b/>
          <w:bCs/>
          <w:sz w:val="24"/>
          <w:szCs w:val="24"/>
        </w:rPr>
        <w:t xml:space="preserve"> Delivery App</w:t>
      </w:r>
      <w:r w:rsidRPr="00550C9E">
        <w:rPr>
          <w:sz w:val="24"/>
          <w:szCs w:val="24"/>
        </w:rPr>
        <w:t xml:space="preserve"> – </w:t>
      </w:r>
      <w:hyperlink r:id="rId13" w:tgtFrame="_new" w:history="1">
        <w:r w:rsidRPr="00550C9E">
          <w:rPr>
            <w:rStyle w:val="Hyperlink"/>
            <w:sz w:val="24"/>
            <w:szCs w:val="24"/>
          </w:rPr>
          <w:t>Android</w:t>
        </w:r>
      </w:hyperlink>
      <w:r w:rsidRPr="00550C9E">
        <w:rPr>
          <w:sz w:val="24"/>
          <w:szCs w:val="24"/>
        </w:rPr>
        <w:t xml:space="preserve"> | </w:t>
      </w:r>
      <w:hyperlink r:id="rId14" w:history="1">
        <w:r w:rsidRPr="00550C9E">
          <w:rPr>
            <w:rStyle w:val="Hyperlink"/>
            <w:sz w:val="24"/>
            <w:szCs w:val="24"/>
          </w:rPr>
          <w:t>iOS</w:t>
        </w:r>
      </w:hyperlink>
      <w:r w:rsidRPr="00550C9E">
        <w:rPr>
          <w:sz w:val="24"/>
          <w:szCs w:val="24"/>
        </w:rPr>
        <w:br/>
      </w:r>
      <w:r w:rsidRPr="00550C9E">
        <w:rPr>
          <w:i/>
          <w:iCs/>
          <w:sz w:val="24"/>
          <w:szCs w:val="24"/>
        </w:rPr>
        <w:t>Cross-platform delivery tracking and driver management system.</w:t>
      </w:r>
    </w:p>
    <w:p w14:paraId="28A89AE0" w14:textId="77777777" w:rsidR="009C3D57" w:rsidRPr="00550C9E" w:rsidRDefault="00000000">
      <w:pPr>
        <w:pStyle w:val="Heading1"/>
        <w:rPr>
          <w:sz w:val="32"/>
          <w:szCs w:val="32"/>
        </w:rPr>
      </w:pPr>
      <w:r w:rsidRPr="00550C9E">
        <w:rPr>
          <w:sz w:val="32"/>
          <w:szCs w:val="32"/>
        </w:rPr>
        <w:t>Achievements</w:t>
      </w:r>
    </w:p>
    <w:p w14:paraId="790342CE" w14:textId="6FDD005D" w:rsidR="0068302E" w:rsidRPr="00550C9E" w:rsidRDefault="0068302E" w:rsidP="0068302E">
      <w:pPr>
        <w:pStyle w:val="ListParagraph"/>
        <w:numPr>
          <w:ilvl w:val="0"/>
          <w:numId w:val="22"/>
        </w:numPr>
        <w:ind w:left="810"/>
        <w:rPr>
          <w:sz w:val="24"/>
          <w:szCs w:val="24"/>
        </w:rPr>
      </w:pPr>
      <w:r w:rsidRPr="00550C9E">
        <w:rPr>
          <w:rFonts w:ascii="Segoe UI Emoji" w:hAnsi="Segoe UI Emoji" w:cs="Segoe UI Emoji"/>
          <w:sz w:val="24"/>
          <w:szCs w:val="24"/>
        </w:rPr>
        <w:t>🥈</w:t>
      </w:r>
      <w:r w:rsidRPr="00550C9E">
        <w:rPr>
          <w:sz w:val="24"/>
          <w:szCs w:val="24"/>
        </w:rPr>
        <w:t xml:space="preserve"> </w:t>
      </w:r>
      <w:r w:rsidRPr="00550C9E">
        <w:rPr>
          <w:b/>
          <w:bCs/>
          <w:sz w:val="24"/>
          <w:szCs w:val="24"/>
        </w:rPr>
        <w:t>2nd Place – International Olympiad in Informatics</w:t>
      </w:r>
      <w:r w:rsidRPr="00550C9E">
        <w:rPr>
          <w:sz w:val="24"/>
          <w:szCs w:val="24"/>
        </w:rPr>
        <w:br/>
      </w:r>
      <w:proofErr w:type="spellStart"/>
      <w:r w:rsidRPr="00550C9E">
        <w:rPr>
          <w:i/>
          <w:iCs/>
          <w:sz w:val="24"/>
          <w:szCs w:val="24"/>
        </w:rPr>
        <w:t>Garkaph</w:t>
      </w:r>
      <w:proofErr w:type="spellEnd"/>
      <w:r w:rsidRPr="00550C9E">
        <w:rPr>
          <w:i/>
          <w:iCs/>
          <w:sz w:val="24"/>
          <w:szCs w:val="24"/>
        </w:rPr>
        <w:t xml:space="preserve"> International University, Turkmenistan | Apr 2024</w:t>
      </w:r>
      <w:r w:rsidRPr="00550C9E">
        <w:rPr>
          <w:sz w:val="24"/>
          <w:szCs w:val="24"/>
        </w:rPr>
        <w:br/>
        <w:t>Competed among international participants in algorithm design and problem-solving; awarded silver for high performance.</w:t>
      </w:r>
    </w:p>
    <w:p w14:paraId="0D26CB42" w14:textId="27373820" w:rsidR="0068302E" w:rsidRPr="00550C9E" w:rsidRDefault="0068302E" w:rsidP="0068302E">
      <w:pPr>
        <w:pStyle w:val="ListParagraph"/>
        <w:numPr>
          <w:ilvl w:val="0"/>
          <w:numId w:val="22"/>
        </w:numPr>
        <w:ind w:left="810"/>
        <w:rPr>
          <w:sz w:val="24"/>
          <w:szCs w:val="24"/>
        </w:rPr>
      </w:pPr>
      <w:r w:rsidRPr="00550C9E">
        <w:rPr>
          <w:rFonts w:ascii="Segoe UI Emoji" w:hAnsi="Segoe UI Emoji" w:cs="Segoe UI Emoji"/>
          <w:sz w:val="24"/>
          <w:szCs w:val="24"/>
        </w:rPr>
        <w:t>🎓</w:t>
      </w:r>
      <w:r w:rsidRPr="00550C9E">
        <w:rPr>
          <w:sz w:val="24"/>
          <w:szCs w:val="24"/>
        </w:rPr>
        <w:t xml:space="preserve"> </w:t>
      </w:r>
      <w:r w:rsidRPr="00550C9E">
        <w:rPr>
          <w:b/>
          <w:bCs/>
          <w:sz w:val="24"/>
          <w:szCs w:val="24"/>
        </w:rPr>
        <w:t>Top 30 – Huawei Seeds for the Future Program</w:t>
      </w:r>
      <w:r w:rsidRPr="00550C9E">
        <w:rPr>
          <w:sz w:val="24"/>
          <w:szCs w:val="24"/>
        </w:rPr>
        <w:br/>
      </w:r>
      <w:r w:rsidRPr="00550C9E">
        <w:rPr>
          <w:i/>
          <w:iCs/>
          <w:sz w:val="24"/>
          <w:szCs w:val="24"/>
        </w:rPr>
        <w:t>Huawei Libya | Sep 2023</w:t>
      </w:r>
      <w:r w:rsidRPr="00550C9E">
        <w:rPr>
          <w:sz w:val="24"/>
          <w:szCs w:val="24"/>
        </w:rPr>
        <w:br/>
        <w:t>Selected for Huawei’s global ICT training program covering 5G, AI, and cloud computing. Gained hands-on experience through technical workshops and collaborative projects.</w:t>
      </w:r>
    </w:p>
    <w:p w14:paraId="282F37F3" w14:textId="148B3AAE" w:rsidR="009C3D57" w:rsidRPr="00FA7399" w:rsidRDefault="0068302E" w:rsidP="00FA7399">
      <w:pPr>
        <w:pStyle w:val="ListParagraph"/>
        <w:numPr>
          <w:ilvl w:val="0"/>
          <w:numId w:val="22"/>
        </w:numPr>
        <w:ind w:left="810"/>
        <w:rPr>
          <w:sz w:val="24"/>
          <w:szCs w:val="24"/>
        </w:rPr>
      </w:pPr>
      <w:r w:rsidRPr="00550C9E">
        <w:rPr>
          <w:rFonts w:ascii="Segoe UI Emoji" w:hAnsi="Segoe UI Emoji" w:cs="Segoe UI Emoji"/>
          <w:sz w:val="24"/>
          <w:szCs w:val="24"/>
        </w:rPr>
        <w:t>🥉</w:t>
      </w:r>
      <w:r w:rsidRPr="00550C9E">
        <w:rPr>
          <w:sz w:val="24"/>
          <w:szCs w:val="24"/>
        </w:rPr>
        <w:t xml:space="preserve"> </w:t>
      </w:r>
      <w:r w:rsidRPr="00550C9E">
        <w:rPr>
          <w:b/>
          <w:bCs/>
          <w:sz w:val="24"/>
          <w:szCs w:val="24"/>
        </w:rPr>
        <w:t>Top 3 Finalist – Huawei ICT Competition (Cloud Track)</w:t>
      </w:r>
      <w:r w:rsidRPr="00550C9E">
        <w:rPr>
          <w:sz w:val="24"/>
          <w:szCs w:val="24"/>
        </w:rPr>
        <w:br/>
      </w:r>
      <w:r w:rsidRPr="00550C9E">
        <w:rPr>
          <w:i/>
          <w:iCs/>
          <w:sz w:val="24"/>
          <w:szCs w:val="24"/>
        </w:rPr>
        <w:t>Huawei Libya | 2023–2024</w:t>
      </w:r>
      <w:r w:rsidRPr="00550C9E">
        <w:rPr>
          <w:sz w:val="24"/>
          <w:szCs w:val="24"/>
        </w:rPr>
        <w:br/>
        <w:t>Recognized for technical excellence in cloud architecture and networking. Advanced to national finals through rigorous practical and theoretical assessments.</w:t>
      </w:r>
    </w:p>
    <w:p w14:paraId="36823E85" w14:textId="77777777" w:rsidR="009C3D57" w:rsidRPr="00550C9E" w:rsidRDefault="00000000" w:rsidP="000F5B0D">
      <w:pPr>
        <w:pStyle w:val="Heading1"/>
        <w:spacing w:before="0" w:after="100" w:afterAutospacing="1" w:line="240" w:lineRule="auto"/>
        <w:rPr>
          <w:sz w:val="32"/>
          <w:szCs w:val="32"/>
        </w:rPr>
      </w:pPr>
      <w:r w:rsidRPr="00550C9E">
        <w:rPr>
          <w:sz w:val="32"/>
          <w:szCs w:val="32"/>
        </w:rPr>
        <w:t>Languages</w:t>
      </w:r>
    </w:p>
    <w:p w14:paraId="3DA5349B" w14:textId="77777777" w:rsidR="009C3D57" w:rsidRPr="00550C9E" w:rsidRDefault="00000000" w:rsidP="000F5B0D">
      <w:pPr>
        <w:spacing w:after="100" w:afterAutospacing="1" w:line="240" w:lineRule="auto"/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Arabic</w:t>
      </w:r>
      <w:r w:rsidRPr="00550C9E">
        <w:rPr>
          <w:sz w:val="24"/>
          <w:szCs w:val="24"/>
        </w:rPr>
        <w:t>: Fluent</w:t>
      </w:r>
    </w:p>
    <w:p w14:paraId="05DFF24F" w14:textId="77777777" w:rsidR="009C3D57" w:rsidRPr="00550C9E" w:rsidRDefault="00000000" w:rsidP="000F5B0D">
      <w:pPr>
        <w:spacing w:after="100" w:afterAutospacing="1" w:line="240" w:lineRule="auto"/>
        <w:rPr>
          <w:sz w:val="24"/>
          <w:szCs w:val="24"/>
        </w:rPr>
      </w:pPr>
      <w:r w:rsidRPr="00550C9E">
        <w:rPr>
          <w:b/>
          <w:bCs/>
          <w:sz w:val="24"/>
          <w:szCs w:val="24"/>
        </w:rPr>
        <w:t>English</w:t>
      </w:r>
      <w:r w:rsidRPr="00550C9E">
        <w:rPr>
          <w:sz w:val="24"/>
          <w:szCs w:val="24"/>
        </w:rPr>
        <w:t>: Good proficiency</w:t>
      </w:r>
      <w:bookmarkEnd w:id="0"/>
    </w:p>
    <w:sectPr w:rsidR="009C3D57" w:rsidRPr="00550C9E" w:rsidSect="00370AD4">
      <w:pgSz w:w="11906" w:h="16838" w:code="9"/>
      <w:pgMar w:top="1440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1E3235"/>
    <w:multiLevelType w:val="multilevel"/>
    <w:tmpl w:val="A2F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7248FB"/>
    <w:multiLevelType w:val="multilevel"/>
    <w:tmpl w:val="18AC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EB5379"/>
    <w:multiLevelType w:val="hybridMultilevel"/>
    <w:tmpl w:val="DE865D6A"/>
    <w:lvl w:ilvl="0" w:tplc="53AA391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70252"/>
    <w:multiLevelType w:val="multilevel"/>
    <w:tmpl w:val="6930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19739F"/>
    <w:multiLevelType w:val="hybridMultilevel"/>
    <w:tmpl w:val="D3D4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63A91"/>
    <w:multiLevelType w:val="multilevel"/>
    <w:tmpl w:val="221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6F003E"/>
    <w:multiLevelType w:val="hybridMultilevel"/>
    <w:tmpl w:val="CC30C8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E03074"/>
    <w:multiLevelType w:val="multilevel"/>
    <w:tmpl w:val="3274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00942"/>
    <w:multiLevelType w:val="hybridMultilevel"/>
    <w:tmpl w:val="B928D6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20C6"/>
    <w:multiLevelType w:val="hybridMultilevel"/>
    <w:tmpl w:val="0F860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53458"/>
    <w:multiLevelType w:val="multilevel"/>
    <w:tmpl w:val="A97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D556C3"/>
    <w:multiLevelType w:val="hybridMultilevel"/>
    <w:tmpl w:val="7CDC9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B429F"/>
    <w:multiLevelType w:val="multilevel"/>
    <w:tmpl w:val="2724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2320F"/>
    <w:multiLevelType w:val="multilevel"/>
    <w:tmpl w:val="489C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717865">
    <w:abstractNumId w:val="8"/>
  </w:num>
  <w:num w:numId="2" w16cid:durableId="76563354">
    <w:abstractNumId w:val="6"/>
  </w:num>
  <w:num w:numId="3" w16cid:durableId="246572194">
    <w:abstractNumId w:val="5"/>
  </w:num>
  <w:num w:numId="4" w16cid:durableId="827750722">
    <w:abstractNumId w:val="4"/>
  </w:num>
  <w:num w:numId="5" w16cid:durableId="1889032272">
    <w:abstractNumId w:val="7"/>
  </w:num>
  <w:num w:numId="6" w16cid:durableId="839656297">
    <w:abstractNumId w:val="3"/>
  </w:num>
  <w:num w:numId="7" w16cid:durableId="143161717">
    <w:abstractNumId w:val="2"/>
  </w:num>
  <w:num w:numId="8" w16cid:durableId="6755693">
    <w:abstractNumId w:val="1"/>
  </w:num>
  <w:num w:numId="9" w16cid:durableId="232275754">
    <w:abstractNumId w:val="0"/>
  </w:num>
  <w:num w:numId="10" w16cid:durableId="1406218299">
    <w:abstractNumId w:val="10"/>
  </w:num>
  <w:num w:numId="11" w16cid:durableId="1776291723">
    <w:abstractNumId w:val="22"/>
  </w:num>
  <w:num w:numId="12" w16cid:durableId="2009943042">
    <w:abstractNumId w:val="9"/>
  </w:num>
  <w:num w:numId="13" w16cid:durableId="1031496904">
    <w:abstractNumId w:val="16"/>
  </w:num>
  <w:num w:numId="14" w16cid:durableId="1365254248">
    <w:abstractNumId w:val="18"/>
  </w:num>
  <w:num w:numId="15" w16cid:durableId="1161581715">
    <w:abstractNumId w:val="17"/>
  </w:num>
  <w:num w:numId="16" w16cid:durableId="131683117">
    <w:abstractNumId w:val="13"/>
  </w:num>
  <w:num w:numId="17" w16cid:durableId="1484423119">
    <w:abstractNumId w:val="12"/>
  </w:num>
  <w:num w:numId="18" w16cid:durableId="497110664">
    <w:abstractNumId w:val="21"/>
  </w:num>
  <w:num w:numId="19" w16cid:durableId="1353920569">
    <w:abstractNumId w:val="19"/>
  </w:num>
  <w:num w:numId="20" w16cid:durableId="189222236">
    <w:abstractNumId w:val="14"/>
  </w:num>
  <w:num w:numId="21" w16cid:durableId="204106024">
    <w:abstractNumId w:val="20"/>
  </w:num>
  <w:num w:numId="22" w16cid:durableId="1968078127">
    <w:abstractNumId w:val="15"/>
  </w:num>
  <w:num w:numId="23" w16cid:durableId="1560507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B0D"/>
    <w:rsid w:val="00100F92"/>
    <w:rsid w:val="0011377E"/>
    <w:rsid w:val="0015074B"/>
    <w:rsid w:val="00154ADA"/>
    <w:rsid w:val="002105C3"/>
    <w:rsid w:val="0029639D"/>
    <w:rsid w:val="002A2165"/>
    <w:rsid w:val="002B4A83"/>
    <w:rsid w:val="00326F90"/>
    <w:rsid w:val="00333734"/>
    <w:rsid w:val="00370AD4"/>
    <w:rsid w:val="00526B29"/>
    <w:rsid w:val="00550C9E"/>
    <w:rsid w:val="00620953"/>
    <w:rsid w:val="0066238C"/>
    <w:rsid w:val="0068302E"/>
    <w:rsid w:val="007033F6"/>
    <w:rsid w:val="008D5AB5"/>
    <w:rsid w:val="009C3D57"/>
    <w:rsid w:val="00A740F1"/>
    <w:rsid w:val="00AA1D8D"/>
    <w:rsid w:val="00AB72AE"/>
    <w:rsid w:val="00AE141A"/>
    <w:rsid w:val="00B47730"/>
    <w:rsid w:val="00CB0664"/>
    <w:rsid w:val="00E42BEC"/>
    <w:rsid w:val="00EB2F5D"/>
    <w:rsid w:val="00EF2DA7"/>
    <w:rsid w:val="00FA73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C670D0"/>
  <w14:defaultImageDpi w14:val="300"/>
  <w15:docId w15:val="{457490B1-030B-457A-960C-7A874F0D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623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3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6B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-elzalouk" TargetMode="External"/><Relationship Id="rId13" Type="http://schemas.openxmlformats.org/officeDocument/2006/relationships/hyperlink" Target="https://play.google.com/store/apps/details?id=ly.com.mirsalyapp" TargetMode="External"/><Relationship Id="rId3" Type="http://schemas.openxmlformats.org/officeDocument/2006/relationships/styles" Target="styles.xml"/><Relationship Id="rId7" Type="http://schemas.openxmlformats.org/officeDocument/2006/relationships/hyperlink" Target="mailto:AlmahdiElzalouk@gmail.com" TargetMode="External"/><Relationship Id="rId12" Type="http://schemas.openxmlformats.org/officeDocument/2006/relationships/hyperlink" Target="https://play.google.com/store/apps/details?id=com.dalilshafi.patient_ap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tel:+218913431908" TargetMode="External"/><Relationship Id="rId11" Type="http://schemas.openxmlformats.org/officeDocument/2006/relationships/hyperlink" Target="https://dalilshafi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zalouk.l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m-elzalouk" TargetMode="External"/><Relationship Id="rId14" Type="http://schemas.openxmlformats.org/officeDocument/2006/relationships/hyperlink" Target="https://apps.apple.com/kw/app/mirsaly-%D9%85%D8%B1%D8%B3%D8%A7%D9%84%D9%8A/id6504138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 Mahdi Al Zaalouk</cp:lastModifiedBy>
  <cp:revision>16</cp:revision>
  <cp:lastPrinted>2025-05-09T16:43:00Z</cp:lastPrinted>
  <dcterms:created xsi:type="dcterms:W3CDTF">2013-12-23T23:15:00Z</dcterms:created>
  <dcterms:modified xsi:type="dcterms:W3CDTF">2025-05-14T11:16:00Z</dcterms:modified>
  <cp:category/>
</cp:coreProperties>
</file>